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8"/>
          <w:rtl/>
          <w:szCs w:val="38"/>
          <w:bCs/>
        </w:rPr>
        <w:t>📝 דף תרגול: 3-2-1 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 חנ״מ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32"/>
          <w:rtl/>
          <w:szCs w:val="32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הדף מתרגל את המיומנות של המשחק באתר: סיכום ורפלקציה. נושאים: 🌍 גלובליזציה – כפר עולמי. זמן משוער: 15–25 דק׳. מסלול חנ״מ: פחות פריטים, 3 אפשרויות, מחסן מילים, גופן גדול; מומלץ להקריא את ההוראות.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א׳ – 3-2-1 על הנושא: 🌍 גלובליזציה – כפר 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אישי.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ב׳ – בודקים את עצמנו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התאמה: 1–ב · 2–ג · 3–א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ג׳ – המטרה שלי לשיעור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מטרה ברורה ומעשית.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6"/>
          <w:rtl/>
          <w:szCs w:val="36"/>
          <w:bCs/>
        </w:rPr>
        <w:t>📝 3-2-1 רפלקציה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מסלול: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א׳ – 3-2-1 על הנושא: 🌍 גלובליזציה – כפר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כתבו מה למדתי.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5F3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🧩 מילים שיכולות לעזור: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גלובליזציה  ·  כפר עולמי  ·  שרשרת אספקה  ·  מכולה  ·  נמל  ·  אופנה מהירה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1. 2️⃣ שני דברים שלמדתי: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2. 1️⃣ דבר אחד שהפתיע אותי: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3. 1️⃣ שאלה אחת שעוד נשארה לי: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ב׳ – בודקים את 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התאימו מושג ↔ הגדרה.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מושג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הגדרה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1. גלובליזציה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א. הדרך של מוצר מהשדה עד אליי.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2. כפר עולמי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ב. העולם מחובר ותלוי זה בזה.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3. שרשרת אספקה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ג. המרחקים בעולם נעשים קטנים.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ג׳ – המטרה שלי לשיעור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מה אני רוצה ללמוד בפעם הבאה?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32"/>
          <w:rtl/>
          <w:szCs w:val="32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🎟️ כרטיס יציאה – 3-2-1 רפלקציה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3-2-1 רפלקציה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