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📝 דף תרגול: 3-2-1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סיכום ורפלקציה. נושאים: 🌾 חג הסיגד.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3-2-1 על הנושא: 🌾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אישי.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בודקים את עצמנו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1–ג · 2–ב · 3–א · 4–ד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המטרה שלי לשיעור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מטרה ברורה ומעשית.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📝 3-2-1 רפלקציה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קהילה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community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община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جماعة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השתחוות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bowing down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поклон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سجود، انحناء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mountain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гора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جبل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צמו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fasted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постились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صاموا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הקסים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the kessim – spiritual leaders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кесы – духовные лидеры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الكِسّيم – القادة الروحيون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האורית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the Orit – holy scriptures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Орит – священные книги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الأوريت – الكتب المقدسة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טיילת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promenade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набережная, променад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ممشى، كورنيش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הזמנה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invitation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приглашение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دعوة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3-2-1 על הנושא: 🌾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מה למדתי.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🧩 מילים שיכולות לעזור: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חג  ·  הר  ·  קס  ·  אורית  ·  צום  ·  געגוע  ·  קהילה  ·  עלייה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3️⃣ שלושה דברים שלמדתי: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2️⃣ שני דברים שהפתיעו או עניינו אותי: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1️⃣ שאלה אחת שעוד נשארה לי: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בודקים את 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התאימו מושג ↔ הגדרה.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חג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מנהיג דתי של הקהילה.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הר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מקום גבוה מאוד בטבע.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קס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יום מיוחד ושמח.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אורית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ספר קדוש בשפת געז.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המטרה שלי לשיעור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מה אני רוצה ללמוד בפעם הבאה?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3-2-1 רפלקציה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3-2-1 רפלקציה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