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📝 דף תרגול: 3-2-1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סיכום ורפלקציה. נושאים: 📚 לשון.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3-2-1 על הנושא: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אישי.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בודקים את עצמנו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1–ה · 2–א · 3–ב · 4–ד · 5–ג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המטרה שלי לשיעור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מטרה ברורה ומעשית.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📝 3-2-1 רפלקציה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3-2-1 על הנושא: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מלאו את הרפלקציה. אפשר להיעזר במילים שבמחסן.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🧩 מילים שיכולות לעזור: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שורש  ·  משקל  ·  ה״א הידיעה  ·  דגש קל  ·  בגדכפ״ת  ·  שם עצם  ·  שם תואר  ·  סמיכות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3️⃣ שלושה דברים שלמדתי: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2️⃣ שני דברים שהפתיעו או עניינו אותי: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1️⃣ שאלה אחת שעוד נשארה לי: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בודקים את 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מושג ↔ הגדרה, כדי לבדוק מה נשאר לכם בזיכרון.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שורש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תבנית קבועה של תנועות ותוספות שהשורש „נוצק” לתוכה.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משקל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האות ה בתחילת מילה, שהופכת אותה למוכרת ומיודעת.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ה״א הידיעה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שש האותיות שיכולות לקבל דגש קל.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דגש קל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נקודה באותיות בגדכפ״ת שמשנה את ההגייה של ב, כ, פ.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בגדכפ״ת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שלוש (בדרך כלל) אותיות שנושאות את המשמעות הבסיסית של המילה.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המטרה שלי לשיעור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מטרה אחת קטנה ומדידה לשיעור הבא, ומה יעזור לכם להשיג אותה.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3-2-1 רפלקציה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3-2-1 רפלקציה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