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⚡ דף תרגול: נכון / לא נכון – ספרינט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הבנה, תיקון טעויות. נושאים: 🌾 חג הסיגד, 🕎 כסליו–חנוכה.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ספרינט נכון/לא נכון: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לא נכון – לא נכון. היא כתובה בגעז.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4. לא נכון – לא נכון. בבוקר צמים.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ספרינט נכון/לא נכון: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לא נכון – לא. השמש נדלק ראשון.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כתבו ספרינט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משפטים ברורים שאפשר לבדוק בטקסט.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⚡ נכון / לא נכון – ספרינט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ספרינט נכון/לא נכון: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✓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807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המשפט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בסיגד עולים להר. ⛰️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האורית כתובה באנגלית. 🔤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הקסים מתרגמים לאמהרית. 🗣️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4. בסיגד אוכלים כבר בבוקר. 🍞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ספרינט נכון/לא נכון: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אותה משימה.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807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המשפט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🕎 חנוכה נמשכת שמונה ימים.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🕯️ השמש נדלק אחרון.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🌀 על הסביבון בישראל יש פ.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כתבו ספרינט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נכון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✔ משפט נכון: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נכון / לא נכון – ספרינט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נכון / לא נכון – ספרינט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