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⚡ דף תרגול: נכון / לא נכון – ספרינט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הבנה, תיקון טעויות. נושאים: 🕎 כסליו–חנוכה, 📚 לשון.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ספרינט נכון/לא נכון: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לא נכון – לא נכון. יש שמונה נרות ועוד שמש.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לא נכון – לא נכון. מדליקים בערב, כשחושך.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ספרינט נכון/לא נכון: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לא נכון – לא נכון. כותבים „בכיתה”. הה״א נבלעת אחרי 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כתבו ספרינט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משפטים ברורים שאפשר לבדוק בטקסט.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⚡ נכון / לא נכון – ספרינט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חנוכה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Hanukkah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Ханука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حانوكا (عيد الأنوار)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מסיבה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party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вечеринка, праздник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حفلة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נרות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candles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свечи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شموع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חנוכייה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Hanukkah lamp (menorah)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ханукия (светильник)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شمعدان حانوكا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שמן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oil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масло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زيت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נס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miracle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чудо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معجزة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סביבון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spinning top (dreidel)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волчок (севивон)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دوّامة (خذروف)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ספרינט נכון/לא נכון: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✓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524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נכון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לא נכון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חנוכה היא חג של אור.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בחנוכייה יש עשרה נרות.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בישראל כתוב על הסביבון „פ”, כי „פה”.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מדליקים את הנרות בבוקר.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בחנוכה אוכלים מאכלים מטוגנים בשמן.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ספרינט נכון/לא נכון: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524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נכון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לא נכון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המילים ספר וספרייה באות מאותו שורש.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כותבים „בהכיתה”.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„ספרייה גדולה” – זו התאמה נכונה.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כתבו ספרינט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נכון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✔ משפט נכון: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✖ משפט לא נכון (ומה התיקון):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נכון / לא נכון – ספרינט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נכון / לא נכון – ספרינט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